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השוואתי בין יחידות – קשר בין דורות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השיעור הכפול המשווה בין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פסקה טיעונית במבנה טענה-ראיה-הסבר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משווים בין יצירות משתי יחידות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קדיש יתום ופת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טענה-ראיה-הסבר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שתי מידע ושתי 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משחק מי אמר/מי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משפט על חפץ או מנהג משפחתי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קוראים שתי יצירות משתי יחידות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בשלב קריאה א׳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בשלב קריאה ב׳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כולל גם שאלה אחת שנשארה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בהתאמות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להפך - הופכים אותה לתשובה מלאה בנוסח בגרות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טיעוני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התאמות לפי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(עבודה עם 3 אפשרויות ובלי שעון)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(מילון מראש ומחסן מילות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(תשובת השוואה מלאה בנוסח בגרות)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(משחק מי אמר/מי 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(סימון משפט מפתח במילים שלהם)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כרטיס לפני הקריאה - כתיבת משפט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מודרכת ביצירה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בזוגות על סולם השאלות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הפסקה פעילה - משחק מי אמר/מי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קריאה ביצירה השנייה בקבוצות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כתיבת פסקה טיעונית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שיש טענה ברורה, ראיה מהטקסט (עד 8 מילים ציטוט) והסבר הקושר בין הטענה לראיה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לבדוק שיש התייחסות למשהו שעובר בין דורות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ראיה,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דמויות, מספר, יחס לדור הקודם, תפנית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רלוונטית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אחת של פסקה טיעונית מוכנה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זמן ברור לכל שלב כדי לשמור על קצב השיעור הכפול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להכין מראש קטע קריאה מקוצר ומודפס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השוואתי בין יחידות – קשר בין דורות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משווים בין שני סיפורים שונים. כותבים פסקה קצרה עם דעה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פסקה טיעונית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פסקה שיש בה דעה והסבר למה חושבים ככה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שבו אומרים את הדעה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או דוגמה מהטקסט שתומכים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למה הראיה מוכיחה את הטענה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קריאה מודרגת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יצירה לאט, עם עצירות לשאלות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השוואה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דימיון והבדל בין שתי יצירות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בין דורות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היחס בין ילדים או נכדים להורים וסבים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 – התאמות לתלמידים הזקוקים לכך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דקות יש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שני סיפורים משווים?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קדיש יתום ופת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שירה ואהבות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 ומולדת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שואה וגבורה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בונים את 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פתיחה-גוף-סיכום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טענה-ראיה-הסבר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שאלה-תשובה-דוגמה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תיאור-ניתוח-מסקנה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שאלות יש בסולם?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 מידע ושתי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אחת מכל סוג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המשחק באמצע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מי אמר/מי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פותרים חידון מתמטי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צופים בסרט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כותבים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סיכום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על חפץ או מנהג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 כתיבת היצירה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הכפול התלמידים קוראים רק יצירה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הקריאה הראשונה נעשית בהדרכה עם עצירות לשאלות מידע.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הקריאה השנייה נעשית בקבוצות וכוללת טבלת השוואה.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היציאה כולל רק דבר אחד שלמדתי, בלי שאלות.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לתלמידים עולים מכינים מראש מילון מילים של היצירה.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לתלמידים מתקדמים מקצרים את הפסקה לשני משפטים.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העבודה בזוגות התלמידים מסמנים משפט __________ ביצירה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בטבלת ההשוואה בודקים דמויות, מספר, יחס לדור הקודם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הפסקה הטיעונית נכתבת במבנה טענה, ראיה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בסבב הסיכום כל תלמיד אומר __________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לתלמידי חנ״מ מקצרים את הקריאה לקטע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מטרת השיעור היא להשוות בין שתי יצירות ולבנות טקסט __________ קצר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התאמות לפי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תלמידי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משחק מי אמר/מי 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עבודה עם 3 אפשרויות ובלי שעון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מתקדמים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סימון משפט מפתח במילים שלהם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מילון מראש ומחסן מילות קישור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עבודה בזוגות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תשובת השוואה מלאה בנוסח בגרות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מודרכת ביצירה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בזוגות על סולם השאלות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פסקה טיעונית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לפני הקריאה - כתיבת משפט אישי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הפסקה פעילה - משחק מי אמר/מי כתב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ביצירה השנייה בקבוצות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טיעונית קצרה: באיזו יצירה הקשר בין הדורות נראה לכם מורכב יותר? השתמשו במבנה טענה-ראיה-הסבר.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על חפץ, מנהג או מילה שעוברים במשפחה שלכם מדור לדור.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חלקי הפסקה הטיעונית?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בודקים בטבלת ההשוואה בין שתי היצירות?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אחת שנשארה לי מהשיעור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השוואתי בין יחידות – קשר בין דורות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