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ט׳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השוואתי בין יחידות – קשר בין דורות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השיעור הכפול המשווה בין יצירות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פסקה טיעונית במבנה טענה-ראיה-הסבר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משווים בין יצירות משתי יחידות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מבנה השיעור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90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קדיש יתום ופת לחם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טענה-ראיה-הסבר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שתי מידע ושתי פרשנות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משחק מי אמר/מי 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משפט על חפץ או מנהג משפחתי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קוראים שתי יצירות משתי יחידות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בשלב קריאה א׳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כתוב בשלב קריאה ב׳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כולל גם שאלה אחת שנשארה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כתוב בהתאמות לעולים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להפך - הופכים אותה לתשובה מלאה בנוסח בגרות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מפתח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תפנית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טיעוני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התאמות לפי 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(עבודה עם 3 אפשרויות ובלי שעון)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(מילון מראש ומחסן מילות קישור)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(תשובת השוואה מלאה בנוסח בגרות)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(משחק מי אמר/מי כתב)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(סימון משפט מפתח במילים שלהם)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השלבים בשיעור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כרטיס לפני הקריאה - כתיבת משפט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קריאה מודרכת ביצירה הראשונה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עבודה בזוגות על סולם השאלות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הפסקה פעילה - משחק מי אמר/מי 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קריאה ביצירה השנייה בקבוצות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כתיבת פסקה טיעונית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שיש טענה ברורה, ראיה מהטקסט (עד 8 מילים ציטוט) והסבר הקושר בין הטענה לראיה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- לבדוק שיש התייחסות למשהו שעובר בין דורות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טענה, ראיה, 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דמויות, מספר, יחס לדור הקודם, תפנית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שאלה רלוונטית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דוגמה אחת של פסקה טיעונית מוכנה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לחלק זמן ברור לכל שלב כדי לשמור על קצב השיעור הכפול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מומלץ להכין מראש קטע קריאה מקוצר ומודפס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ט׳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השוואתי בין יחידות – קשר בין דורות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בשיעור הכפול לומדים להשוות בין שתי יצירות מתוך יחידות שונות, כמו קדיש יתום ופת לחם, ולכתוב פסקה טיעונית על הקשר בין דורות.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מבנה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דקות אורך השיעור הכפול?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שמות שתי היצירות שמוזכרות כדוגמה להשוואה?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קדיש יתום ופת לחם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שירה ואהבות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זהות ומולדת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שואה וגבורה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המבנה שבו כותבים את הפסקה הטיעונית?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פתיחה-גוף-סיכום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טענה-ראיה-הסבר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שאלה-תשובה-דוגמה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תיאור-ניתוח-מסקנה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שאלות מידע ופרשנות יש בסולם השאלות?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 מידע ושתי פרשנות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ארבע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 פרשנות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אחת מכל סוג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בפעילות ההפסקה הפעילה?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כותבים חיבור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משחק מי אמר/מי 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פותרים חידון מתמטי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צופים בסרט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כותבים בכרטיס לפני הקריאה?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סיכום היצירה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משפט על חפץ או מנהג משפחתי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הסופר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תאריך כתיבת היצירה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בשיעור הכפול התלמידים קוראים רק יצירה אחת.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הקריאה הראשונה נעשית בהדרכה עם עצירות לשאלות מידע.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הקריאה השנייה נעשית בקבוצות וכוללת טבלת השוואה.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היציאה כולל רק דבר אחד שלמדתי, בלי שאלות.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לתלמידים עולים מכינים מראש מילון מילים של היצירה.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לתלמידים מתקדמים מקצרים את הפסקה לשני משפטים.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בשלב העבודה בזוגות התלמידים מסמנים משפט __________ ביצירה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בטבלת ההשוואה בודקים דמויות, מספר, יחס לדור הקודם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הפסקה הטיעונית נכתבת במבנה טענה, ראיה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בסבב הסיכום כל תלמיד אומר __________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לתלמידי חנ״מ מקצרים את הקריאה לקטע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מטרת השיעור היא להשוות בין שתי יצירות ולבנות טקסט __________ קצר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התאמות לפי 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תלמידי חנ״מ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מילון מראש ומחסן מילות קישור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עולים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תשובת השוואה מלאה בנוסח בגרות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מתקדמים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עבודה עם 3 אפשרויות ובלי שעון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כל הכיתה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סימון משפט מפתח במילים שלהם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עבודה בזוגות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משחק מי אמר/מי כתב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השלבים בשיעור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הפסקה פעילה - משחק מי אמר/מי כתב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פסקה טיעונית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לפני הקריאה - כתיבת משפט אישי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קריאה מודרכת ביצירה הראשונה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עבודה בזוגות על סולם השאלות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קריאה ביצירה השנייה בקבוצות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טיעונית קצרה: באיזו יצירה הקשר בין הדורות נראה לכם מורכב יותר? השתמשו במבנה טענה-ראיה-הסבר.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על חפץ, מנהג או מילה שעוברים במשפחה שלכם מדור לדור.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חלקי הפסקה הטיעונית?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בודקים בטבלת ההשוואה בין שתי היצירות?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שאלה אחת שנשארה לי מהשיעור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מסע השוואתי בין יחידות – קשר בין דורות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